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303520" cy="13789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ora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378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COMPANY PROFILE</w:t>
      </w:r>
    </w:p>
    <w:p>
      <w:pPr>
        <w:pStyle w:val="Subtitle"/>
      </w:pPr>
      <w:r>
        <w:t>Next-generation energy systems and smart infrastructure in Africa</w:t>
      </w:r>
    </w:p>
    <w:p>
      <w:pPr>
        <w:pStyle w:val="Heading1"/>
      </w:pPr>
      <w:r>
        <w:t>Who We Are</w:t>
      </w:r>
    </w:p>
    <w:p>
      <w:r>
        <w:t>Nexora Amtabus Energy Limited is a Ghana-based energy and technology services company focused on the repair, installation and maintenance of energy-related equipment, alongside consultancy and training in technical business and energy-related software systems. The company seeks to help organizations strengthen operational reliability, build technical capability and adopt practical technology solutions.</w:t>
      </w:r>
    </w:p>
    <w:p>
      <w:pPr>
        <w:pStyle w:val="Heading1"/>
      </w:pPr>
      <w:r>
        <w:t>Our Core Services</w:t>
      </w:r>
    </w:p>
    <w:p>
      <w:pPr>
        <w:pStyle w:val="Heading2"/>
      </w:pPr>
      <w:r>
        <w:t>01  Energy Equipment Services</w:t>
      </w:r>
    </w:p>
    <w:p>
      <w:r>
        <w:t>Installation, inspection, troubleshooting, repair and planned maintenance of energy-related equipment. Service scope and technical specifications are agreed for each engagement.</w:t>
      </w:r>
    </w:p>
    <w:p>
      <w:pPr>
        <w:pStyle w:val="Heading2"/>
      </w:pPr>
      <w:r>
        <w:t>02  Technical and Business Consultancy</w:t>
      </w:r>
    </w:p>
    <w:p>
      <w:r>
        <w:t>Practical advisory support relating to energy operations, technical business processes, systems selection and implementation planning.</w:t>
      </w:r>
    </w:p>
    <w:p>
      <w:pPr>
        <w:pStyle w:val="Heading2"/>
      </w:pPr>
      <w:r>
        <w:t>03  Training and Software Systems</w:t>
      </w:r>
    </w:p>
    <w:p>
      <w:r>
        <w:t>Training and consultancy on technical business applications and energy-related software systems, with an emphasis on user capability, operational workflows and effective adoption.</w:t>
      </w:r>
    </w:p>
    <w:p>
      <w:pPr>
        <w:pStyle w:val="Heading1"/>
      </w:pPr>
      <w:r>
        <w:t>Our Vision</w:t>
      </w:r>
    </w:p>
    <w:p>
      <w:r>
        <w:t>To be a trusted African partner in energy systems, technical services and smart infrastructure enablement.</w:t>
      </w:r>
    </w:p>
    <w:p>
      <w:pPr>
        <w:pStyle w:val="Heading1"/>
      </w:pPr>
      <w:r>
        <w:t>Our Mission</w:t>
      </w:r>
    </w:p>
    <w:p>
      <w:r>
        <w:t>To deliver dependable technical services, relevant advisory expertise and practical training that help customers operate energy systems effectively and build sustainable technical capacity.</w:t>
      </w:r>
    </w:p>
    <w:p>
      <w:pPr>
        <w:pStyle w:val="Heading1"/>
      </w:pPr>
      <w:r>
        <w:t>Our Values</w:t>
      </w:r>
    </w:p>
    <w:p>
      <w:r>
        <w:t>Reliability  •  Safety-minded service  •  Technical excellence  •  Integrity  •  Continuous learning</w:t>
      </w:r>
    </w:p>
    <w:p>
      <w:pPr>
        <w:pStyle w:val="Heading1"/>
      </w:pPr>
      <w:r>
        <w:t>Who We Serve</w:t>
      </w:r>
    </w:p>
    <w:p>
      <w:r>
        <w:t>Businesses, institutions, project developers and organizations seeking energy equipment support, operational consultancy or training in relevant technical and software systems.</w:t>
      </w:r>
    </w:p>
    <w:p>
      <w:pPr>
        <w:pStyle w:val="Heading1"/>
      </w:pPr>
      <w:r>
        <w:t>Our Approach</w:t>
      </w:r>
    </w:p>
    <w:p>
      <w:r>
        <w:t>Understand the requirement → assess the system or business need → agree the service scope → deliver the work or training → provide practical handover and recommendations.</w:t>
      </w:r>
    </w:p>
    <w:p>
      <w:pPr>
        <w:pStyle w:val="Heading1"/>
      </w:pPr>
      <w:r>
        <w:t>Contact</w:t>
      </w:r>
    </w:p>
    <w:p>
      <w:r>
        <w:t>Nexora Amtabus Energy Limited</w:t>
        <w:br/>
        <w:t>Osibisa Close 227, West Airport, Ghana</w:t>
        <w:br/>
        <w:t>Telephone: +233 54 074 3558</w:t>
      </w:r>
    </w:p>
    <w:sectPr w:rsidR="00FC693F" w:rsidRPr="0006063C" w:rsidSect="00034616">
      <w:pgSz w:w="12240" w:h="15840"/>
      <w:pgMar w:top="1152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82B4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82B4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82B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